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595959"/>
          <w:sz w:val="26"/>
        </w:rPr>
        <w:t>PROYECTO DE INVESTIGACIÓN</w:t>
      </w:r>
    </w:p>
    <w:p>
      <w:pPr>
        <w:pStyle w:val="Title"/>
        <w:jc w:val="center"/>
      </w:pPr>
      <w:r>
        <w:t>VOCES DE MEMORIA</w:t>
      </w:r>
    </w:p>
    <w:p>
      <w:pPr>
        <w:jc w:val="center"/>
      </w:pPr>
      <w:r>
        <w:rPr>
          <w:i/>
          <w:sz w:val="26"/>
        </w:rPr>
        <w:t>Biografías de desaparecidos de la comunidad</w:t>
      </w:r>
    </w:p>
    <w:p/>
    <w:p>
      <w:pPr>
        <w:spacing w:after="60"/>
      </w:pPr>
      <w:r>
        <w:rPr>
          <w:b/>
        </w:rPr>
        <w:t xml:space="preserve">Eje temático: </w:t>
      </w:r>
      <w:r>
        <w:t>Biografía de desaparecidos de la comunidad</w:t>
      </w:r>
    </w:p>
    <w:p>
      <w:pPr>
        <w:spacing w:after="60"/>
      </w:pPr>
      <w:r>
        <w:rPr>
          <w:b/>
        </w:rPr>
        <w:t xml:space="preserve">Producción final: </w:t>
      </w:r>
      <w:r>
        <w:t>Documental audiovisual</w:t>
      </w:r>
    </w:p>
    <w:p>
      <w:pPr>
        <w:spacing w:after="60"/>
      </w:pPr>
      <w:r>
        <w:rPr>
          <w:b/>
        </w:rPr>
        <w:t xml:space="preserve">Participantes: </w:t>
      </w:r>
      <w:r>
        <w:t>15 jóvenes</w:t>
      </w:r>
    </w:p>
    <w:p>
      <w:pPr>
        <w:spacing w:after="60"/>
      </w:pPr>
      <w:r>
        <w:rPr>
          <w:b/>
        </w:rPr>
        <w:t xml:space="preserve">Tema de investigación: </w:t>
      </w:r>
      <w:r>
        <w:t>Memorias, testimonios e historias de vida vinculadas con la última dictadura cívico-militar argentina (1976-1983)</w:t>
      </w:r>
    </w:p>
    <w:p>
      <w:pPr>
        <w:pStyle w:val="Heading1"/>
      </w:pPr>
      <w:r>
        <w:t>1. Fundamentación</w:t>
      </w:r>
    </w:p>
    <w:p>
      <w:r>
        <w:t>El proyecto de investigación Voces de Memoria surge de la necesidad de recuperar y preservar las historias de vida y los testimonios de personas vinculadas con la última dictadura cívico-militar argentina, desarrollada entre 1976 y 1983. Este período estuvo marcado por el terrorismo de Estado, la desaparición forzada de personas, la persecución política, la apropiación de niños y niñas y la vulneración sistemática de los derechos humanos.</w:t>
      </w:r>
    </w:p>
    <w:p>
      <w:r>
        <w:t>La propuesta busca reconstruir memorias individuales y colectivas a partir de las experiencias de sobrevivientes, familiares de personas desaparecidas, hijos e hijas de víctimas del terrorismo de Estado y otros integrantes de la sociedad comprometidos con la memoria, la verdad y la justicia. También se considera la experiencia de colectivos como Historias Desobedientes, integrado por familiares de personas vinculadas al accionar represivo que cuestionan públicamente esos crímenes y defienden los derechos humanos.</w:t>
      </w:r>
    </w:p>
    <w:p>
      <w:r>
        <w:t>La investigación se centrará especialmente en las entrevistas a Silvia, exdetenida durante la dictadura, y a Tati, hija de personas desaparecidas. Sus testimonios permitirán aproximarse a las experiencias personales, las consecuencias sociales y familiares del terrorismo de Estado y las formas en que esas memorias continúan presentes en la sociedad actual.</w:t>
      </w:r>
    </w:p>
    <w:p>
      <w:r>
        <w:t>El proyecto reconoce que la memoria constituye una herramienta fundamental para comprender el pasado reciente, fortalecer la identidad comunitaria y promover una ciudadanía democrática. Recuperar estas voces implica reconocer a las víctimas como sujetos de derechos, valorar sus experiencias y transmitir sus historias a las nuevas generaciones.</w:t>
      </w:r>
    </w:p>
    <w:p>
      <w:r>
        <w:t>Asimismo, la participación de los jóvenes en la investigación favorece el desarrollo del pensamiento crítico, la escucha respetuosa, la construcción colectiva del conocimiento y el compromiso con la defensa de los derechos humanos. La producción de un documental audiovisual permitirá organizar y difundir los testimonios, contribuyendo a la preservación de la memoria histórica y a la construcción de una sociedad que rechace el autoritarismo y las violaciones de los derechos fundamentales.</w:t>
      </w:r>
    </w:p>
    <w:p>
      <w:pPr>
        <w:pStyle w:val="Heading1"/>
      </w:pPr>
      <w:r>
        <w:t>2. Objetivos</w:t>
      </w:r>
    </w:p>
    <w:p>
      <w:pPr>
        <w:pStyle w:val="Heading2"/>
      </w:pPr>
      <w:r>
        <w:t>Objetivo general</w:t>
      </w:r>
    </w:p>
    <w:p>
      <w:r>
        <w:t>Investigar y recuperar testimonios e historias de vida vinculados con la última dictadura cívico-militar argentina, con especial atención a las experiencias de sobrevivientes y familiares de personas desaparecidas de la comunidad, para contribuir a la construcción de la memoria colectiva, la defensa de los derechos humanos y la formación de una ciudadanía democrática.</w:t>
      </w:r>
    </w:p>
    <w:p>
      <w:pPr>
        <w:pStyle w:val="Heading2"/>
      </w:pPr>
      <w:r>
        <w:t>Objetivos específicos</w:t>
      </w:r>
    </w:p>
    <w:p>
      <w:pPr>
        <w:pStyle w:val="ListBullet"/>
      </w:pPr>
      <w:r>
        <w:t>Recopilar testimonios orales de personas cuyas vidas fueron atravesadas por el terrorismo de Estado.</w:t>
      </w:r>
    </w:p>
    <w:p>
      <w:pPr>
        <w:pStyle w:val="ListBullet"/>
      </w:pPr>
      <w:r>
        <w:t>Reconstruir historias de vida que permitan comprender las consecuencias personales, familiares y sociales de la última dictadura.</w:t>
      </w:r>
    </w:p>
    <w:p>
      <w:pPr>
        <w:pStyle w:val="ListBullet"/>
      </w:pPr>
      <w:r>
        <w:t>Realizar entrevistas a Silvia, exdetenida durante la dictadura, y a Tati, hija de personas desaparecidas.</w:t>
      </w:r>
    </w:p>
    <w:p>
      <w:pPr>
        <w:pStyle w:val="ListBullet"/>
      </w:pPr>
      <w:r>
        <w:t>Analizar la importancia de los testimonios como fuentes primarias para la investigación histórica.</w:t>
      </w:r>
    </w:p>
    <w:p>
      <w:pPr>
        <w:pStyle w:val="ListBullet"/>
      </w:pPr>
      <w:r>
        <w:t>Promover la participación activa de los 15 jóvenes en la búsqueda, el registro y el análisis de la información.</w:t>
      </w:r>
    </w:p>
    <w:p>
      <w:pPr>
        <w:pStyle w:val="ListBullet"/>
      </w:pPr>
      <w:r>
        <w:t>Recuperar memorias locales y comunitarias relacionadas con el pasado reciente argentino.</w:t>
      </w:r>
    </w:p>
    <w:p>
      <w:pPr>
        <w:pStyle w:val="ListBullet"/>
      </w:pPr>
      <w:r>
        <w:t>Reflexionar sobre la relación entre memoria, identidad, derechos humanos y democracia.</w:t>
      </w:r>
    </w:p>
    <w:p>
      <w:pPr>
        <w:pStyle w:val="ListBullet"/>
      </w:pPr>
      <w:r>
        <w:t>Desarrollar habilidades de investigación, comunicación, trabajo colaborativo y producción audiovisual.</w:t>
      </w:r>
    </w:p>
    <w:p>
      <w:pPr>
        <w:pStyle w:val="ListBullet"/>
      </w:pPr>
      <w:r>
        <w:t>Elaborar un documental que preserve y difunda los testimonios recogidos.</w:t>
      </w:r>
    </w:p>
    <w:p>
      <w:pPr>
        <w:pStyle w:val="ListBullet"/>
      </w:pPr>
      <w:r>
        <w:t>Promover entre las nuevas generaciones el compromiso con la memoria, la verdad y la justicia.</w:t>
      </w:r>
    </w:p>
    <w:p>
      <w:pPr>
        <w:pStyle w:val="Heading1"/>
      </w:pPr>
      <w:r>
        <w:t>3. Metodología</w:t>
      </w:r>
    </w:p>
    <w:p>
      <w:r>
        <w:t>La investigación se desarrollará mediante una metodología cualitativa, basada en la historia oral, la recopilación de testimonios y el análisis de experiencias de vida. Se buscará comprender los significados y las consecuencias que las personas entrevistadas atribuyen a sus vivencias durante la dictadura y en los años posteriores.</w:t>
      </w:r>
    </w:p>
    <w:p>
      <w:r>
        <w:t>El trabajo será realizado de manera colaborativa por un grupo de 15 jóvenes, quienes participarán en las distintas etapas de la investigación.</w:t>
      </w:r>
    </w:p>
    <w:p>
      <w:pPr>
        <w:pStyle w:val="Heading2"/>
      </w:pPr>
      <w:r>
        <w:t>Primera etapa: aproximación a la problemática</w:t>
      </w:r>
    </w:p>
    <w:p>
      <w:r>
        <w:t>Se realizará una contextualización histórica de la última dictadura cívico-militar argentina (1976-1983), abordando el terrorismo de Estado, las desapariciones forzadas, la apropiación de niños y niñas, la resistencia de los organismos de derechos humanos y las luchas por la memoria, la verdad y la justicia. Esta etapa permitirá construir un marco de referencia para comprender los testimonios y elaborar preguntas pertinentes para las entrevistas.</w:t>
      </w:r>
    </w:p>
    <w:p>
      <w:pPr>
        <w:pStyle w:val="Heading2"/>
      </w:pPr>
      <w:r>
        <w:t>Segunda etapa: búsqueda y selección de fuentes</w:t>
      </w:r>
    </w:p>
    <w:p>
      <w:r>
        <w:t>La principal fuente de información serán las entrevistas a dos personas vinculadas directamente con las consecuencias del terrorismo de Estado: Silvia, exdetenida durante la dictadura, cuyo testimonio permitirá conocer sus experiencias personales y las consecuencias de la represión estatal; y Tati, hija de personas desaparecidas, cuyo relato permitirá conocer las repercusiones de la desaparición forzada en la historia familiar, la identidad y la construcción de la memoria. Se podrán consultar, además, documentos históricos, archivos de organismos de derechos humanos y materiales audiovisuales que permitan contextualizar y complementar los relatos obtenidos.</w:t>
      </w:r>
    </w:p>
    <w:p>
      <w:pPr>
        <w:pStyle w:val="Heading2"/>
      </w:pPr>
      <w:r>
        <w:t>Tercera etapa: elaboración y realización de las entrevistas</w:t>
      </w:r>
    </w:p>
    <w:p>
      <w:r>
        <w:t>Los estudiantes prepararán una guía de preguntas abiertas para orientar las entrevistas, procurando generar un espacio de escucha respetuosa y diálogo. Las preguntas estarán destinadas a conocer las experiencias de las personas entrevistadas, sus recuerdos, las consecuencias que tuvo la dictadura en sus vidas y sus reflexiones sobre la importancia de transmitir la memoria a las nuevas generaciones. Antes de realizar las entrevistas, se solicitará el consentimiento de las personas participantes para registrar, editar y difundir sus testimonios. Se respetarán su voluntad, sus tiempos, su privacidad y su derecho a no responder preguntas que les resulten incómodas.</w:t>
      </w:r>
    </w:p>
    <w:p>
      <w:pPr>
        <w:pStyle w:val="Heading2"/>
      </w:pPr>
      <w:r>
        <w:t>Cuarta etapa: registro y análisis de la información</w:t>
      </w:r>
    </w:p>
    <w:p>
      <w:r>
        <w:t>Los testimonios serán registrados en formato audiovisual y escrito. Posteriormente, los estudiantes organizarán la información, identificarán los principales temas abordados y establecerán relaciones entre las experiencias personales y el contexto histórico. El análisis tendrá en cuenta la importancia de la historia oral como fuente para conocer el pasado, reconociendo que los testimonios expresan experiencias personales que pueden complementarse con otras fuentes históricas.</w:t>
      </w:r>
    </w:p>
    <w:p>
      <w:pPr>
        <w:pStyle w:val="Heading2"/>
      </w:pPr>
      <w:r>
        <w:t>Quinta etapa: producción del documental audiovisual</w:t>
      </w:r>
    </w:p>
    <w:p>
      <w:r>
        <w:t>Con el material recopilado, se elaborará un documental que integre fragmentos de las entrevistas, contextualización histórica y reflexiones de los estudiantes. La producción buscará respetar el sentido de los testimonios, preservar la dignidad de las personas entrevistadas y comunicar de manera clara la importancia de la memoria colectiva.</w:t>
      </w:r>
    </w:p>
    <w:p>
      <w:pPr>
        <w:pStyle w:val="Heading2"/>
      </w:pPr>
      <w:r>
        <w:t>Sexta etapa: difusión y reflexión final</w:t>
      </w:r>
    </w:p>
    <w:p>
      <w:r>
        <w:t>El documental será difundido mediante plataformas digitales, como YouTube, siempre que se cuente con las autorizaciones correspondientes. Finalmente, se promoverá una instancia de reflexión colectiva sobre los aprendizajes obtenidos, la importancia de preservar las memorias comunitarias y el compromiso de las nuevas generaciones con la defensa de los derechos humanos.</w:t>
      </w:r>
    </w:p>
    <w:p>
      <w:pPr>
        <w:pStyle w:val="Heading1"/>
      </w:pPr>
      <w:r>
        <w:t>4. Conclusión</w:t>
      </w:r>
    </w:p>
    <w:p>
      <w:r>
        <w:t>El proyecto Voces de Memoria constituye una experiencia de investigación histórica, participación juvenil y compromiso social que busca recuperar las voces de quienes vivieron, directa o indirectamente, las consecuencias de la última dictadura cívico-militar argentina.</w:t>
      </w:r>
    </w:p>
    <w:p>
      <w:r>
        <w:t>A través de las entrevistas a Silvia y Tati, se propone conocer experiencias personales que permitan comprender cómo el terrorismo de Estado dejó huellas profundas en las personas, las familias y la comunidad. Estos testimonios representan una oportunidad para acercarse al pasado reciente desde las vivencias de sus protagonistas y reconocer el valor de la memoria oral en la construcción del conocimiento histórico.</w:t>
      </w:r>
    </w:p>
    <w:p>
      <w:r>
        <w:t>La elaboración del documental audiovisual permitirá transformar los relatos recogidos en una producción colectiva destinada a preservar y transmitir estas memorias a otras personas, especialmente a las nuevas generaciones. De esta manera, los jóvenes no solo asumirán un papel activo en la investigación, sino que también se convertirán en participantes de la construcción y difusión de la memoria colectiva.</w:t>
      </w:r>
    </w:p>
    <w:p>
      <w:r>
        <w:t>Se espera que el proyecto contribuya a fortalecer el pensamiento crítico, la identidad comunitaria y la conciencia democrática, promoviendo el respeto por los derechos humanos y el rechazo a toda forma de violencia institucional, autoritarismo y terrorismo de Estado.</w:t>
      </w:r>
    </w:p>
    <w:p>
      <w:r>
        <w:t>En definitiva, Voces de Memoria busca demostrar que recordar no significa únicamente conocer lo sucedido en el pasado, sino también asumir una responsabilidad en el presente. Escuchar, registrar y transmitir estas historias constituye una forma de mantener viva la memoria, defender la verdad y la justicia y contribuir a la construcción de una sociedad más democrática, solidaria y comprometida con el respeto por la dignidad humana.</w:t>
      </w:r>
    </w:p>
    <w:sectPr w:rsidR="00FC693F" w:rsidRPr="0006063C" w:rsidSect="00034616">
      <w:footerReference w:type="default" r:id="rId9"/>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Proyecto de investigación “Voces de Memoria”  |  Página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eastAsia="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4E79"/>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2E547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